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80"/>
        <w:jc w:val="center"/>
      </w:pPr>
      <w:r>
        <w:rPr>
          <w:b/>
          <w:color w:val="C9952C"/>
          <w:sz w:val="20"/>
        </w:rPr>
        <w:t>MINISTRYPLACE.NET</w:t>
      </w:r>
    </w:p>
    <w:p>
      <w:pPr>
        <w:spacing w:after="80"/>
        <w:jc w:val="center"/>
      </w:pPr>
      <w:r>
        <w:rPr>
          <w:b/>
          <w:color w:val="1A237E"/>
          <w:sz w:val="36"/>
        </w:rPr>
        <w:t>Starter AI Prompt Library for Churches</w:t>
      </w:r>
    </w:p>
    <w:p>
      <w:pPr>
        <w:spacing w:after="320"/>
        <w:jc w:val="center"/>
      </w:pPr>
      <w:r>
        <w:rPr>
          <w:color w:val="555555"/>
          <w:sz w:val="22"/>
        </w:rPr>
        <w:t>30 Copy-and-Paste Prompts for Pastors and Church Leaders</w:t>
      </w:r>
    </w:p>
    <w:p>
      <w:pPr>
        <w:spacing w:after="40"/>
      </w:pPr>
      <w:r>
        <w:rPr>
          <w:color w:val="CCCCCC"/>
          <w:sz w:val="16"/>
        </w:rPr>
        <w:t>__________________________________________________________________________________________</w:t>
      </w:r>
    </w:p>
    <w:p>
      <w:pPr>
        <w:spacing w:after="100"/>
      </w:pPr>
      <w:r>
        <w:rPr>
          <w:color w:val="555555"/>
          <w:sz w:val="20"/>
        </w:rPr>
        <w:t>Part of the MinistryPlace Free Church AI Policy Kit</w:t>
      </w:r>
    </w:p>
    <w:p>
      <w:pPr>
        <w:spacing w:after="160"/>
      </w:pPr>
      <w:r>
        <w:rPr>
          <w:color w:val="1A1A1A"/>
          <w:sz w:val="20"/>
        </w:rPr>
        <w:t>Copy any prompt directly into ChatGPT (chat.openai.com), Claude (claude.ai), or Gemini (gemini.google.com). Fill in the bracketed sections with your specific details. Always review and edit AI output before using it in ministry.</w:t>
      </w:r>
    </w:p>
    <w:p>
      <w:pPr>
        <w:spacing w:after="240"/>
      </w:pPr>
      <w:r>
        <w:rPr>
          <w:color w:val="C62828"/>
          <w:sz w:val="20"/>
        </w:rPr>
        <w:t>IMPORTANT: Never enter a church member's name, prayer request, counseling situation, giving information, or any other personal details into an AI tool.</w:t>
      </w:r>
    </w:p>
    <w:p>
      <w:pPr>
        <w:spacing w:before="280" w:after="80"/>
      </w:pPr>
      <w:r>
        <w:rPr>
          <w:b/>
          <w:color w:val="1A237E"/>
          <w:sz w:val="26"/>
        </w:rPr>
        <w:t>Section 1: Sermon Preparation (6 Prompts)</w:t>
      </w:r>
    </w:p>
    <w:p>
      <w:pPr>
        <w:spacing w:after="40"/>
      </w:pPr>
      <w:r>
        <w:rPr>
          <w:color w:val="CCCCCC"/>
          <w:sz w:val="16"/>
        </w:rPr>
        <w:t>__________________________________________________________________________________________</w:t>
      </w:r>
    </w:p>
    <w:p>
      <w:pPr>
        <w:spacing w:before="200" w:after="40"/>
      </w:pPr>
      <w:r>
        <w:rPr>
          <w:b/>
          <w:color w:val="C9952C"/>
          <w:sz w:val="22"/>
        </w:rPr>
        <w:t>Prompt 1.1: Sermon Research</w:t>
      </w:r>
    </w:p>
    <w:p>
      <w:pPr>
        <w:spacing w:after="80"/>
        <w:ind w:left="288"/>
      </w:pPr>
      <w:r>
        <w:rPr>
          <w:i/>
          <w:color w:val="1A1A1A"/>
          <w:sz w:val="20"/>
        </w:rPr>
        <w:t>"I am preaching on [PASSAGE] this Sunday to a congregation of [SIZE] in a [rural/small town/suburban] community. Give me: (1) the historical and cultural context of this passage, (2) the main theological themes, (3) three illustrations from everyday [rural/working-class/community] life that would connect with my congregation, and (4) how this passage connects to the broader biblical narrative."</w:t>
      </w:r>
    </w:p>
    <w:p>
      <w:pPr>
        <w:spacing w:after="120"/>
        <w:ind w:left="288"/>
      </w:pPr>
      <w:r>
        <w:rPr>
          <w:color w:val="1B5E20"/>
          <w:sz w:val="18"/>
        </w:rPr>
        <w:t>Tip: The more specific you are about your congregation, the better the illustrations.</w:t>
      </w:r>
    </w:p>
    <w:p>
      <w:pPr>
        <w:spacing w:before="200" w:after="40"/>
      </w:pPr>
      <w:r>
        <w:rPr>
          <w:b/>
          <w:color w:val="C9952C"/>
          <w:sz w:val="22"/>
        </w:rPr>
        <w:t>Prompt 1.2: Application Questions</w:t>
      </w:r>
    </w:p>
    <w:p>
      <w:pPr>
        <w:spacing w:after="80"/>
        <w:ind w:left="288"/>
      </w:pPr>
      <w:r>
        <w:rPr>
          <w:i/>
          <w:color w:val="1A1A1A"/>
          <w:sz w:val="20"/>
        </w:rPr>
        <w:t>"Based on [PASSAGE], give me 5 discussion questions for a small group. Move from observation (what does the text say?) to interpretation (what does it mean?) to application (what do I do with it?). Make them specific enough to generate honest conversation, not generic enough to be answered with yes or no."</w:t>
      </w:r>
    </w:p>
    <w:p>
      <w:pPr>
        <w:spacing w:before="200" w:after="40"/>
      </w:pPr>
      <w:r>
        <w:rPr>
          <w:b/>
          <w:color w:val="C9952C"/>
          <w:sz w:val="22"/>
        </w:rPr>
        <w:t>Prompt 1.3: Sermon Series Outline</w:t>
      </w:r>
    </w:p>
    <w:p>
      <w:pPr>
        <w:spacing w:after="80"/>
        <w:ind w:left="288"/>
      </w:pPr>
      <w:r>
        <w:rPr>
          <w:i/>
          <w:color w:val="1A1A1A"/>
          <w:sz w:val="20"/>
        </w:rPr>
        <w:t>"I want to preach a [NUMBER]-week sermon series on [TOPIC/BIBLE BOOK] for a small [rural/suburban] congregation. Create an outline with: (1) series title, (2) weekly themes, (3) key passages for each week, (4) one central question per week, (5) one application point per week. The series should build week to week."</w:t>
      </w:r>
    </w:p>
    <w:p>
      <w:pPr>
        <w:spacing w:before="200" w:after="40"/>
      </w:pPr>
      <w:r>
        <w:rPr>
          <w:b/>
          <w:color w:val="C9952C"/>
          <w:sz w:val="22"/>
        </w:rPr>
        <w:t>Prompt 1.4: Illustration Generator</w:t>
      </w:r>
    </w:p>
    <w:p>
      <w:pPr>
        <w:spacing w:after="80"/>
        <w:ind w:left="288"/>
      </w:pPr>
      <w:r>
        <w:rPr>
          <w:i/>
          <w:color w:val="1A1A1A"/>
          <w:sz w:val="20"/>
        </w:rPr>
        <w:t>"I am preaching on [PASSAGE] with the theme of [THEME]. Give me 5 real-world illustrations that connect to this theme. Include one about work, one about family, one about community, one about hardship, and one about hope. Keep each under 100 words. No church jargon. Make them feel like real life."</w:t>
      </w:r>
    </w:p>
    <w:p>
      <w:pPr>
        <w:spacing w:after="120"/>
        <w:ind w:left="288"/>
      </w:pPr>
      <w:r>
        <w:rPr>
          <w:color w:val="1B5E20"/>
          <w:sz w:val="18"/>
        </w:rPr>
        <w:t>Tip: Ask for 10 and keep the best 3. Discard anything that sounds generic or corporate.</w:t>
      </w:r>
    </w:p>
    <w:p>
      <w:pPr>
        <w:spacing w:before="200" w:after="40"/>
      </w:pPr>
      <w:r>
        <w:rPr>
          <w:b/>
          <w:color w:val="C9952C"/>
          <w:sz w:val="22"/>
        </w:rPr>
        <w:t>Prompt 1.5: Children's Message</w:t>
      </w:r>
    </w:p>
    <w:p>
      <w:pPr>
        <w:spacing w:after="80"/>
        <w:ind w:left="288"/>
      </w:pPr>
      <w:r>
        <w:rPr>
          <w:i/>
          <w:color w:val="1A1A1A"/>
          <w:sz w:val="20"/>
        </w:rPr>
        <w:t>"Write a 3-minute children's message on [PASSAGE/THEME] for ages 5-10. Include: (1) a simple object lesson using [COMMON HOUSEHOLD ITEM], (2) two discussion questions kids can answer from their own experience, (3) one take-home challenge for the week. Keep the theology accurate but age-appropriate."</w:t>
      </w:r>
    </w:p>
    <w:p>
      <w:pPr>
        <w:spacing w:after="120"/>
        <w:ind w:left="288"/>
      </w:pPr>
      <w:r>
        <w:rPr>
          <w:color w:val="1B5E20"/>
          <w:sz w:val="18"/>
        </w:rPr>
        <w:t>Tip: Always review for theological accuracy before using with children.</w:t>
      </w:r>
    </w:p>
    <w:p>
      <w:pPr>
        <w:spacing w:before="200" w:after="40"/>
      </w:pPr>
      <w:r>
        <w:rPr>
          <w:b/>
          <w:color w:val="C9952C"/>
          <w:sz w:val="22"/>
        </w:rPr>
        <w:t>Prompt 1.6: Sermon Summary for Bulletin</w:t>
      </w:r>
    </w:p>
    <w:p>
      <w:pPr>
        <w:spacing w:after="80"/>
        <w:ind w:left="288"/>
      </w:pPr>
      <w:r>
        <w:rPr>
          <w:i/>
          <w:color w:val="1A1A1A"/>
          <w:sz w:val="20"/>
        </w:rPr>
        <w:t>"Summarize this sermon outline in 150 words for a church bulletin. Keep the main point, one key illustration, and the primary application. Write in first person as if I am the pastor speaking to my congregation. Sermon outline: [PASTE]"</w:t>
      </w:r>
    </w:p>
    <w:p>
      <w:pPr>
        <w:spacing w:before="280" w:after="80"/>
      </w:pPr>
      <w:r>
        <w:rPr>
          <w:b/>
          <w:color w:val="1A237E"/>
          <w:sz w:val="26"/>
        </w:rPr>
        <w:t>Section 2: Church Communications (8 Prompts)</w:t>
      </w:r>
    </w:p>
    <w:p>
      <w:pPr>
        <w:spacing w:after="40"/>
      </w:pPr>
      <w:r>
        <w:rPr>
          <w:color w:val="CCCCCC"/>
          <w:sz w:val="16"/>
        </w:rPr>
        <w:t>__________________________________________________________________________________________</w:t>
      </w:r>
    </w:p>
    <w:p>
      <w:pPr>
        <w:spacing w:before="200" w:after="40"/>
      </w:pPr>
      <w:r>
        <w:rPr>
          <w:b/>
          <w:color w:val="C9952C"/>
          <w:sz w:val="22"/>
        </w:rPr>
        <w:t>Prompt 2.1: Weekly Newsletter</w:t>
      </w:r>
    </w:p>
    <w:p>
      <w:pPr>
        <w:spacing w:after="80"/>
        <w:ind w:left="288"/>
      </w:pPr>
      <w:r>
        <w:rPr>
          <w:i/>
          <w:color w:val="1A1A1A"/>
          <w:sz w:val="20"/>
        </w:rPr>
        <w:t>"Write a 400-word church newsletter for [CHURCH NAME] in [CITY, STATE]. This week's sermon is on [PASSAGE] with the theme of [THEME]. Upcoming events: [LIST]. Announcements: [LIST]. Tone: warm, pastoral, conversational. Write it as if the pastor is speaking directly to the congregation."</w:t>
      </w:r>
    </w:p>
    <w:p>
      <w:pPr>
        <w:spacing w:after="120"/>
        <w:ind w:left="288"/>
      </w:pPr>
      <w:r>
        <w:rPr>
          <w:color w:val="1B5E20"/>
          <w:sz w:val="18"/>
        </w:rPr>
        <w:t>Tip: Add a personal opening paragraph in your own words before sending.</w:t>
      </w:r>
    </w:p>
    <w:p>
      <w:pPr>
        <w:spacing w:before="200" w:after="40"/>
      </w:pPr>
      <w:r>
        <w:rPr>
          <w:b/>
          <w:color w:val="C9952C"/>
          <w:sz w:val="22"/>
        </w:rPr>
        <w:t>Prompt 2.2: Social Media Batch (30 Posts)</w:t>
      </w:r>
    </w:p>
    <w:p>
      <w:pPr>
        <w:spacing w:after="80"/>
        <w:ind w:left="288"/>
      </w:pPr>
      <w:r>
        <w:rPr>
          <w:i/>
          <w:color w:val="1A1A1A"/>
          <w:sz w:val="20"/>
        </w:rPr>
        <w:t>"Generate 30 social media posts for [CHURCH NAME] in [CITY, STATE]. Our sermon series this month is [SERIES NAME]. Upcoming events: [LIST]. Service times: [TIMES]. Mix: 10 Scripture posts with brief reflections, 8 event promotions, 7 community questions, 5 behind-the-scenes posts. Keep each post under 150 words. Warm and personal."</w:t>
      </w:r>
    </w:p>
    <w:p>
      <w:pPr>
        <w:spacing w:after="120"/>
        <w:ind w:left="288"/>
      </w:pPr>
      <w:r>
        <w:rPr>
          <w:color w:val="1B5E20"/>
          <w:sz w:val="18"/>
        </w:rPr>
        <w:t>Tip: Schedule using Buffer (free) or Meta Business Suite.</w:t>
      </w:r>
    </w:p>
    <w:p>
      <w:pPr>
        <w:spacing w:before="200" w:after="40"/>
      </w:pPr>
      <w:r>
        <w:rPr>
          <w:b/>
          <w:color w:val="C9952C"/>
          <w:sz w:val="22"/>
        </w:rPr>
        <w:t>Prompt 2.3: Multi-Format Event Announcement</w:t>
      </w:r>
    </w:p>
    <w:p>
      <w:pPr>
        <w:spacing w:after="80"/>
        <w:ind w:left="288"/>
      </w:pPr>
      <w:r>
        <w:rPr>
          <w:i/>
          <w:color w:val="1A1A1A"/>
          <w:sz w:val="20"/>
        </w:rPr>
        <w:t>"I need announcements for [EVENT NAME] on [DATE] at [TIME] at [LOCATION]. The event is [BRIEF DESCRIPTION]. The audience is [WHO SHOULD COME]. Please write: (1) a 60-second verbal announcement for Sunday morning, (2) a 50-word bulletin insert, (3) a social media post under 150 words, (4) a 200-word email to the congregation."</w:t>
      </w:r>
    </w:p>
    <w:p>
      <w:pPr>
        <w:spacing w:before="200" w:after="40"/>
      </w:pPr>
      <w:r>
        <w:rPr>
          <w:b/>
          <w:color w:val="C9952C"/>
          <w:sz w:val="22"/>
        </w:rPr>
        <w:t>Prompt 2.4: Visitor Follow-Up Email</w:t>
      </w:r>
    </w:p>
    <w:p>
      <w:pPr>
        <w:spacing w:after="80"/>
        <w:ind w:left="288"/>
      </w:pPr>
      <w:r>
        <w:rPr>
          <w:i/>
          <w:color w:val="1A1A1A"/>
          <w:sz w:val="20"/>
        </w:rPr>
        <w:t>"Write a follow-up email for a first-time visitor to [CHURCH NAME], a small [rural/suburban] church of about [NUMBER] people. Thank them for visiting, briefly describe who we are, invite them to return, and offer a specific next step. Warm and personal, not form-letter. Length: 150-200 words."</w:t>
      </w:r>
    </w:p>
    <w:p>
      <w:pPr>
        <w:spacing w:after="120"/>
        <w:ind w:left="288"/>
      </w:pPr>
      <w:r>
        <w:rPr>
          <w:color w:val="1B5E20"/>
          <w:sz w:val="18"/>
        </w:rPr>
        <w:t>Tip: Personalize with at least one specific detail from their visit before sending.</w:t>
      </w:r>
    </w:p>
    <w:p>
      <w:pPr>
        <w:spacing w:before="200" w:after="40"/>
      </w:pPr>
      <w:r>
        <w:rPr>
          <w:b/>
          <w:color w:val="C9952C"/>
          <w:sz w:val="22"/>
        </w:rPr>
        <w:t>Prompt 2.5: Volunteer Recruitment Message</w:t>
      </w:r>
    </w:p>
    <w:p>
      <w:pPr>
        <w:spacing w:after="80"/>
        <w:ind w:left="288"/>
      </w:pPr>
      <w:r>
        <w:rPr>
          <w:i/>
          <w:color w:val="1A1A1A"/>
          <w:sz w:val="20"/>
        </w:rPr>
        <w:t>"Write a volunteer recruitment message for a [ROLE] at [CHURCH NAME]. Time commitment: [HOURS/WEEK]. Key responsibilities: [LIST]. Tone: welcoming, not corporate. Emphasize the impact of the role on people's lives, not just the tasks. Length: 150-200 words."</w:t>
      </w:r>
    </w:p>
    <w:p>
      <w:pPr>
        <w:spacing w:before="200" w:after="40"/>
      </w:pPr>
      <w:r>
        <w:rPr>
          <w:b/>
          <w:color w:val="C9952C"/>
          <w:sz w:val="22"/>
        </w:rPr>
        <w:t>Prompt 2.6: Stewardship Appeal</w:t>
      </w:r>
    </w:p>
    <w:p>
      <w:pPr>
        <w:spacing w:after="80"/>
        <w:ind w:left="288"/>
      </w:pPr>
      <w:r>
        <w:rPr>
          <w:i/>
          <w:color w:val="1A1A1A"/>
          <w:sz w:val="20"/>
        </w:rPr>
        <w:t>"Write a stewardship appeal for [CHURCH NAME]. Ground giving in Scripture and theology, not just budget needs. Share a specific story of ministry impact (I will add the real story). Make a clear, specific ask. Express genuine gratitude. Tone: pastoral and warm, not sales-oriented. Length: 300-400 words."</w:t>
      </w:r>
    </w:p>
    <w:p>
      <w:pPr>
        <w:spacing w:after="120"/>
        <w:ind w:left="288"/>
      </w:pPr>
      <w:r>
        <w:rPr>
          <w:color w:val="1B5E20"/>
          <w:sz w:val="18"/>
        </w:rPr>
        <w:t>Tip: Replace the placeholder story with a real story from your congregation.</w:t>
      </w:r>
    </w:p>
    <w:p>
      <w:pPr>
        <w:spacing w:before="200" w:after="40"/>
      </w:pPr>
      <w:r>
        <w:rPr>
          <w:b/>
          <w:color w:val="C9952C"/>
          <w:sz w:val="22"/>
        </w:rPr>
        <w:t>Prompt 2.7: Condolence Message</w:t>
      </w:r>
    </w:p>
    <w:p>
      <w:pPr>
        <w:spacing w:after="80"/>
        <w:ind w:left="288"/>
      </w:pPr>
      <w:r>
        <w:rPr>
          <w:i/>
          <w:color w:val="1A1A1A"/>
          <w:sz w:val="20"/>
        </w:rPr>
        <w:t>"Write a template for a public condolence message from [CHURCH NAME] to the congregation about the passing of a church member. Acknowledge the loss with pastoral warmth, offer a Scripture passage of comfort, share how the congregation can support the family, and invite them to the memorial service. Do not include the member's name (I will add it). Length: 150-200 words."</w:t>
      </w:r>
    </w:p>
    <w:p>
      <w:pPr>
        <w:spacing w:before="200" w:after="40"/>
      </w:pPr>
      <w:r>
        <w:rPr>
          <w:b/>
          <w:color w:val="C9952C"/>
          <w:sz w:val="22"/>
        </w:rPr>
        <w:t>Prompt 2.8: Prayer Request Response</w:t>
      </w:r>
    </w:p>
    <w:p>
      <w:pPr>
        <w:spacing w:after="80"/>
        <w:ind w:left="288"/>
      </w:pPr>
      <w:r>
        <w:rPr>
          <w:i/>
          <w:color w:val="1A1A1A"/>
          <w:sz w:val="20"/>
        </w:rPr>
        <w:t>"Write a template for responding to a prayer request submitted online. Acknowledge that the request was received and will be prayed for, offer a brief word of encouragement, include a relevant Scripture passage, and invite further conversation. Do not include any personal details from the request. Length: 100-150 words."</w:t>
      </w:r>
    </w:p>
    <w:p>
      <w:pPr>
        <w:spacing w:after="120"/>
        <w:ind w:left="288"/>
      </w:pPr>
      <w:r>
        <w:rPr>
          <w:color w:val="1B5E20"/>
          <w:sz w:val="18"/>
        </w:rPr>
        <w:t>Tip: Never include the specific details of the prayer request in your response.</w:t>
      </w:r>
    </w:p>
    <w:p>
      <w:pPr>
        <w:spacing w:before="280" w:after="80"/>
      </w:pPr>
      <w:r>
        <w:rPr>
          <w:b/>
          <w:color w:val="1A237E"/>
          <w:sz w:val="26"/>
        </w:rPr>
        <w:t>Section 3: Pastoral Care (6 Prompts)</w:t>
      </w:r>
    </w:p>
    <w:p>
      <w:pPr>
        <w:spacing w:after="40"/>
      </w:pPr>
      <w:r>
        <w:rPr>
          <w:color w:val="CCCCCC"/>
          <w:sz w:val="16"/>
        </w:rPr>
        <w:t>__________________________________________________________________________________________</w:t>
      </w:r>
    </w:p>
    <w:p>
      <w:pPr>
        <w:spacing w:after="160"/>
      </w:pPr>
      <w:r>
        <w:rPr>
          <w:color w:val="C62828"/>
          <w:sz w:val="18"/>
        </w:rPr>
        <w:t>IMPORTANT: Never enter a member's name, specific situation, health information, or any identifying details into an AI tool. Use general descriptions only.</w:t>
      </w:r>
    </w:p>
    <w:p>
      <w:pPr>
        <w:spacing w:before="200" w:after="40"/>
      </w:pPr>
      <w:r>
        <w:rPr>
          <w:b/>
          <w:color w:val="C9952C"/>
          <w:sz w:val="22"/>
        </w:rPr>
        <w:t>Prompt 3.1: Hospital Visit Preparation</w:t>
      </w:r>
    </w:p>
    <w:p>
      <w:pPr>
        <w:spacing w:after="80"/>
        <w:ind w:left="288"/>
      </w:pPr>
      <w:r>
        <w:rPr>
          <w:i/>
          <w:color w:val="1A1A1A"/>
          <w:sz w:val="20"/>
        </w:rPr>
        <w:t>"I am visiting a church member who is [general situation: recovering from surgery / facing a terminal diagnosis / grieving a loss]. Give me: (1) 3-4 Scripture passages appropriate to read or reference, (2) 2-3 questions to open genuine conversation, (3) a brief prayer I could offer at the end of the visit. Warm and pastoral tone, not clinical."</w:t>
      </w:r>
    </w:p>
    <w:p>
      <w:pPr>
        <w:spacing w:after="120"/>
        <w:ind w:left="288"/>
      </w:pPr>
      <w:r>
        <w:rPr>
          <w:color w:val="1B5E20"/>
          <w:sz w:val="18"/>
        </w:rPr>
        <w:t>Tip: Never include the member's name or specific medical details.</w:t>
      </w:r>
    </w:p>
    <w:p>
      <w:pPr>
        <w:spacing w:before="200" w:after="40"/>
      </w:pPr>
      <w:r>
        <w:rPr>
          <w:b/>
          <w:color w:val="C9952C"/>
          <w:sz w:val="22"/>
        </w:rPr>
        <w:t>Prompt 3.2: Difficult Conversation Preparation</w:t>
      </w:r>
    </w:p>
    <w:p>
      <w:pPr>
        <w:spacing w:after="80"/>
        <w:ind w:left="288"/>
      </w:pPr>
      <w:r>
        <w:rPr>
          <w:i/>
          <w:color w:val="1A1A1A"/>
          <w:sz w:val="20"/>
        </w:rPr>
        <w:t>"I need to have a difficult conversation with [general description: a volunteer who is struggling / a family in conflict / a staff member about performance]. Give me: (1) how to open the conversation, (2) what to listen for, (3) how to respond if they become defensive, (4) how to close with a clear next step. Pastoral, not corporate."</w:t>
      </w:r>
    </w:p>
    <w:p>
      <w:pPr>
        <w:spacing w:before="200" w:after="40"/>
      </w:pPr>
      <w:r>
        <w:rPr>
          <w:b/>
          <w:color w:val="C9952C"/>
          <w:sz w:val="22"/>
        </w:rPr>
        <w:t>Prompt 3.3: Grief Support Resources</w:t>
      </w:r>
    </w:p>
    <w:p>
      <w:pPr>
        <w:spacing w:after="80"/>
        <w:ind w:left="288"/>
      </w:pPr>
      <w:r>
        <w:rPr>
          <w:i/>
          <w:color w:val="1A1A1A"/>
          <w:sz w:val="20"/>
        </w:rPr>
        <w:t>"A family in my congregation is grieving [type of loss: the death of a spouse / the loss of a child / a sudden death]. Give me: (1) 5 Scripture passages appropriate for this type of grief, (2) 3 practical ways the congregation can support the family in the first month, (3) a timeline for pastoral follow-up over the next 6 months."</w:t>
      </w:r>
    </w:p>
    <w:p>
      <w:pPr>
        <w:spacing w:before="200" w:after="40"/>
      </w:pPr>
      <w:r>
        <w:rPr>
          <w:b/>
          <w:color w:val="C9952C"/>
          <w:sz w:val="22"/>
        </w:rPr>
        <w:t>Prompt 3.4: Follow-Up Message Template</w:t>
      </w:r>
    </w:p>
    <w:p>
      <w:pPr>
        <w:spacing w:after="80"/>
        <w:ind w:left="288"/>
      </w:pPr>
      <w:r>
        <w:rPr>
          <w:i/>
          <w:color w:val="1A1A1A"/>
          <w:sz w:val="20"/>
        </w:rPr>
        <w:t>"Write a template for a follow-up message after a pastoral care visit with someone who is [general situation]. The message should acknowledge what was shared without being specific, express genuine care, and offer a next step. Warm and personal, not form-letter. Length: 100-150 words. I will personalize before sending."</w:t>
      </w:r>
    </w:p>
    <w:p>
      <w:pPr>
        <w:spacing w:after="120"/>
        <w:ind w:left="288"/>
      </w:pPr>
      <w:r>
        <w:rPr>
          <w:color w:val="1B5E20"/>
          <w:sz w:val="18"/>
        </w:rPr>
        <w:t>Tip: Always personalize significantly before sending.</w:t>
      </w:r>
    </w:p>
    <w:p>
      <w:pPr>
        <w:spacing w:before="200" w:after="40"/>
      </w:pPr>
      <w:r>
        <w:rPr>
          <w:b/>
          <w:color w:val="C9952C"/>
          <w:sz w:val="22"/>
        </w:rPr>
        <w:t>Prompt 3.5: Pastoral Letter Template</w:t>
      </w:r>
    </w:p>
    <w:p>
      <w:pPr>
        <w:spacing w:after="80"/>
        <w:ind w:left="288"/>
      </w:pPr>
      <w:r>
        <w:rPr>
          <w:i/>
          <w:color w:val="1A1A1A"/>
          <w:sz w:val="20"/>
        </w:rPr>
        <w:t>"Write a template for a pastoral letter to a church member who is [general situation: facing a serious illness / going through a divorce / experiencing job loss]. Open with genuine pastoral warmth, acknowledge the difficulty, offer a relevant Scripture passage with brief reflection, and close with a specific offer of support. Length: 250-300 words. I will personalize before sending."</w:t>
      </w:r>
    </w:p>
    <w:p>
      <w:pPr>
        <w:spacing w:after="120"/>
        <w:ind w:left="288"/>
      </w:pPr>
      <w:r>
        <w:rPr>
          <w:color w:val="1B5E20"/>
          <w:sz w:val="18"/>
        </w:rPr>
        <w:t>Tip: Never send without significant personal editing.</w:t>
      </w:r>
    </w:p>
    <w:p>
      <w:pPr>
        <w:spacing w:before="200" w:after="40"/>
      </w:pPr>
      <w:r>
        <w:rPr>
          <w:b/>
          <w:color w:val="C9952C"/>
          <w:sz w:val="22"/>
        </w:rPr>
        <w:t>Prompt 3.6: AI Crisis Response</w:t>
      </w:r>
    </w:p>
    <w:p>
      <w:pPr>
        <w:spacing w:after="80"/>
        <w:ind w:left="288"/>
      </w:pPr>
      <w:r>
        <w:rPr>
          <w:i/>
          <w:color w:val="1A1A1A"/>
          <w:sz w:val="20"/>
        </w:rPr>
        <w:t>"A member of my congregation has been using an AI chatbot for emotional support and has disclosed [general situation: suicidal thoughts / a crisis situation] to the AI. The AI did not intervene. Give me: (1) how to approach the member, (2) what to say in the first conversation, (3) what professional resources to connect them with."</w:t>
      </w:r>
    </w:p>
    <w:p>
      <w:pPr>
        <w:spacing w:after="120"/>
        <w:ind w:left="288"/>
      </w:pPr>
      <w:r>
        <w:rPr>
          <w:color w:val="1B5E20"/>
          <w:sz w:val="18"/>
        </w:rPr>
        <w:t>Tip: If there is immediate danger, call 911. For suicidal crisis, call or text 988. AI crisis disclosures are real disclosures.</w:t>
      </w:r>
    </w:p>
    <w:p>
      <w:pPr>
        <w:spacing w:before="280" w:after="80"/>
      </w:pPr>
      <w:r>
        <w:rPr>
          <w:b/>
          <w:color w:val="1A237E"/>
          <w:sz w:val="26"/>
        </w:rPr>
        <w:t>Section 4: Administration (5 Prompts)</w:t>
      </w:r>
    </w:p>
    <w:p>
      <w:pPr>
        <w:spacing w:after="40"/>
      </w:pPr>
      <w:r>
        <w:rPr>
          <w:color w:val="CCCCCC"/>
          <w:sz w:val="16"/>
        </w:rPr>
        <w:t>__________________________________________________________________________________________</w:t>
      </w:r>
    </w:p>
    <w:p>
      <w:pPr>
        <w:spacing w:before="200" w:after="40"/>
      </w:pPr>
      <w:r>
        <w:rPr>
          <w:b/>
          <w:color w:val="C9952C"/>
          <w:sz w:val="22"/>
        </w:rPr>
        <w:t>Prompt 4.1: Board Meeting Agenda</w:t>
      </w:r>
    </w:p>
    <w:p>
      <w:pPr>
        <w:spacing w:after="80"/>
        <w:ind w:left="288"/>
      </w:pPr>
      <w:r>
        <w:rPr>
          <w:i/>
          <w:color w:val="1A1A1A"/>
          <w:sz w:val="20"/>
        </w:rPr>
        <w:t>"Create a board meeting agenda for [CHURCH NAME] on [DATE]. Meeting length: [TIME]. Topics: [LIST]. Reports due: [LIST]. Decisions needed: [LIST]. Include opening prayer, approval of previous minutes, each agenda item with time allocation, and closing prayer."</w:t>
      </w:r>
    </w:p>
    <w:p>
      <w:pPr>
        <w:spacing w:before="200" w:after="40"/>
      </w:pPr>
      <w:r>
        <w:rPr>
          <w:b/>
          <w:color w:val="C9952C"/>
          <w:sz w:val="22"/>
        </w:rPr>
        <w:t>Prompt 4.2: Volunteer Job Description</w:t>
      </w:r>
    </w:p>
    <w:p>
      <w:pPr>
        <w:spacing w:after="80"/>
        <w:ind w:left="288"/>
      </w:pPr>
      <w:r>
        <w:rPr>
          <w:i/>
          <w:color w:val="1A1A1A"/>
          <w:sz w:val="20"/>
        </w:rPr>
        <w:t>"Write a volunteer job description for a [ROLE] at a small church. Time commitment: [HOURS/WEEK]. Key responsibilities: [LIST]. Tone: welcoming, not corporate. Emphasize the impact of the role. Length: 200-250 words."</w:t>
      </w:r>
    </w:p>
    <w:p>
      <w:pPr>
        <w:spacing w:before="200" w:after="40"/>
      </w:pPr>
      <w:r>
        <w:rPr>
          <w:b/>
          <w:color w:val="C9952C"/>
          <w:sz w:val="22"/>
        </w:rPr>
        <w:t>Prompt 4.3: Policy Document Draft</w:t>
      </w:r>
    </w:p>
    <w:p>
      <w:pPr>
        <w:spacing w:after="80"/>
        <w:ind w:left="288"/>
      </w:pPr>
      <w:r>
        <w:rPr>
          <w:i/>
          <w:color w:val="1A1A1A"/>
          <w:sz w:val="20"/>
        </w:rPr>
        <w:t>"Write a one-page [POLICY TYPE: child protection / financial / social media / volunteer / AI use] policy for a small church. Key rules: [LIST]. Tone: clear and direct, not legalistic. Include a brief statement of purpose and a review schedule. Written for a board of deacons with no legal background."</w:t>
      </w:r>
    </w:p>
    <w:p>
      <w:pPr>
        <w:spacing w:after="120"/>
        <w:ind w:left="288"/>
      </w:pPr>
      <w:r>
        <w:rPr>
          <w:color w:val="1B5E20"/>
          <w:sz w:val="18"/>
        </w:rPr>
        <w:t>Tip: Have your board review any policy before adoption.</w:t>
      </w:r>
    </w:p>
    <w:p>
      <w:pPr>
        <w:spacing w:before="200" w:after="40"/>
      </w:pPr>
      <w:r>
        <w:rPr>
          <w:b/>
          <w:color w:val="C9952C"/>
          <w:sz w:val="22"/>
        </w:rPr>
        <w:t>Prompt 4.4: New Member Orientation Outline</w:t>
      </w:r>
    </w:p>
    <w:p>
      <w:pPr>
        <w:spacing w:after="80"/>
        <w:ind w:left="288"/>
      </w:pPr>
      <w:r>
        <w:rPr>
          <w:i/>
          <w:color w:val="1A1A1A"/>
          <w:sz w:val="20"/>
        </w:rPr>
        <w:t>"Create a [NUMBER]-session new member orientation outline for [CHURCH NAME]. Our theological tradition is [TRADITION]. Key things new members need to know: our beliefs, our history, our ministry structure, how to get connected, and our expectations of members. Each session should be 60-90 minutes with discussion questions."</w:t>
      </w:r>
    </w:p>
    <w:p>
      <w:pPr>
        <w:spacing w:before="200" w:after="40"/>
      </w:pPr>
      <w:r>
        <w:rPr>
          <w:b/>
          <w:color w:val="C9952C"/>
          <w:sz w:val="22"/>
        </w:rPr>
        <w:t>Prompt 4.5: Conflict Resolution Framework</w:t>
      </w:r>
    </w:p>
    <w:p>
      <w:pPr>
        <w:spacing w:after="80"/>
        <w:ind w:left="288"/>
      </w:pPr>
      <w:r>
        <w:rPr>
          <w:i/>
          <w:color w:val="1A1A1A"/>
          <w:sz w:val="20"/>
        </w:rPr>
        <w:t>"Create a step-by-step conflict resolution framework for a small church based on Matthew 18:15-17. Include: (1) the initial private conversation, (2) when and how to involve a third party, (3) when to involve church leadership, (4) documentation guidelines, (5) restoration and reconciliation steps. Practical and pastoral, not legalistic."</w:t>
      </w:r>
    </w:p>
    <w:p>
      <w:pPr>
        <w:spacing w:before="280" w:after="80"/>
      </w:pPr>
      <w:r>
        <w:rPr>
          <w:b/>
          <w:color w:val="1A237E"/>
          <w:sz w:val="26"/>
        </w:rPr>
        <w:t>Section 5: Outreach and Volunteer Management (5 Prompts)</w:t>
      </w:r>
    </w:p>
    <w:p>
      <w:pPr>
        <w:spacing w:after="40"/>
      </w:pPr>
      <w:r>
        <w:rPr>
          <w:color w:val="CCCCCC"/>
          <w:sz w:val="16"/>
        </w:rPr>
        <w:t>__________________________________________________________________________________________</w:t>
      </w:r>
    </w:p>
    <w:p>
      <w:pPr>
        <w:spacing w:before="200" w:after="40"/>
      </w:pPr>
      <w:r>
        <w:rPr>
          <w:b/>
          <w:color w:val="C9952C"/>
          <w:sz w:val="22"/>
        </w:rPr>
        <w:t>Prompt 5.1: Community Outreach Event Plan</w:t>
      </w:r>
    </w:p>
    <w:p>
      <w:pPr>
        <w:spacing w:after="80"/>
        <w:ind w:left="288"/>
      </w:pPr>
      <w:r>
        <w:rPr>
          <w:i/>
          <w:color w:val="1A1A1A"/>
          <w:sz w:val="20"/>
        </w:rPr>
        <w:t>"Create a complete planning package for a [EVENT TYPE: community meal / block party / back-to-school event] for a small church of [NUMBER] people in a [rural/small town/suburban] community. Include: (1) planning timeline, (2) volunteer roles needed, (3) supply list, (4) promotion plan, (5) day-of schedule, (6) follow-up plan for attendees."</w:t>
      </w:r>
    </w:p>
    <w:p>
      <w:pPr>
        <w:spacing w:before="200" w:after="40"/>
      </w:pPr>
      <w:r>
        <w:rPr>
          <w:b/>
          <w:color w:val="C9952C"/>
          <w:sz w:val="22"/>
        </w:rPr>
        <w:t>Prompt 5.2: Volunteer Recruitment Script</w:t>
      </w:r>
    </w:p>
    <w:p>
      <w:pPr>
        <w:spacing w:after="80"/>
        <w:ind w:left="288"/>
      </w:pPr>
      <w:r>
        <w:rPr>
          <w:i/>
          <w:color w:val="1A1A1A"/>
          <w:sz w:val="20"/>
        </w:rPr>
        <w:t>"Write a 90-second verbal recruitment script for a [ROLE] volunteer at a small church. Describe the role in terms of impact, not tasks. Address the most common objection (I am too busy). Make a specific, clear ask. Tell them exactly what to do next. Conversational and genuine, not salesy."</w:t>
      </w:r>
    </w:p>
    <w:p>
      <w:pPr>
        <w:spacing w:before="200" w:after="40"/>
      </w:pPr>
      <w:r>
        <w:rPr>
          <w:b/>
          <w:color w:val="C9952C"/>
          <w:sz w:val="22"/>
        </w:rPr>
        <w:t>Prompt 5.3: Volunteer Appreciation Message</w:t>
      </w:r>
    </w:p>
    <w:p>
      <w:pPr>
        <w:spacing w:after="80"/>
        <w:ind w:left="288"/>
      </w:pPr>
      <w:r>
        <w:rPr>
          <w:i/>
          <w:color w:val="1A1A1A"/>
          <w:sz w:val="20"/>
        </w:rPr>
        <w:t>"Write a volunteer appreciation message for [CHURCH NAME] volunteers who serve in [MINISTRY AREA]. Be specific about what they do and why it matters. Share a brief story of impact (I will add the real story). Express genuine gratitude without being generic. Length: 150-200 words."</w:t>
      </w:r>
    </w:p>
    <w:p>
      <w:pPr>
        <w:spacing w:after="120"/>
        <w:ind w:left="288"/>
      </w:pPr>
      <w:r>
        <w:rPr>
          <w:color w:val="1B5E20"/>
          <w:sz w:val="18"/>
        </w:rPr>
        <w:t>Tip: Replace the placeholder story with a real story from your ministry.</w:t>
      </w:r>
    </w:p>
    <w:p>
      <w:pPr>
        <w:spacing w:before="200" w:after="40"/>
      </w:pPr>
      <w:r>
        <w:rPr>
          <w:b/>
          <w:color w:val="C9952C"/>
          <w:sz w:val="22"/>
        </w:rPr>
        <w:t>Prompt 5.4: Gospel Presentation Script</w:t>
      </w:r>
    </w:p>
    <w:p>
      <w:pPr>
        <w:spacing w:after="80"/>
        <w:ind w:left="288"/>
      </w:pPr>
      <w:r>
        <w:rPr>
          <w:i/>
          <w:color w:val="1A1A1A"/>
          <w:sz w:val="20"/>
        </w:rPr>
        <w:t>"Write a clear, conversational gospel presentation for a [rural/small town/suburban] context. Start with a question that opens the conversation naturally. Present the gospel clearly without jargon. Invite a response without pressure. Suggest a natural next step. Length: 3-4 minutes when spoken aloud."</w:t>
      </w:r>
    </w:p>
    <w:p>
      <w:pPr>
        <w:spacing w:before="200" w:after="40"/>
      </w:pPr>
      <w:r>
        <w:rPr>
          <w:b/>
          <w:color w:val="C9952C"/>
          <w:sz w:val="22"/>
        </w:rPr>
        <w:t>Prompt 5.5: Year-End Giving Appeal</w:t>
      </w:r>
    </w:p>
    <w:p>
      <w:pPr>
        <w:spacing w:after="80"/>
        <w:ind w:left="288"/>
      </w:pPr>
      <w:r>
        <w:rPr>
          <w:i/>
          <w:color w:val="1A1A1A"/>
          <w:sz w:val="20"/>
        </w:rPr>
        <w:t>"Write a year-end giving appeal for [CHURCH NAME]. Express genuine gratitude for the year. Share 2-3 specific ministry highlights (I will add the real stories). Make a clear, specific ask for year-end giving. Explain the tax deadline. Close with a vision for the coming year. Pastoral and warm, not transactional. Length: 400-500 words."</w:t>
      </w:r>
    </w:p>
    <w:p>
      <w:pPr>
        <w:spacing w:after="120"/>
        <w:ind w:left="288"/>
      </w:pPr>
      <w:r>
        <w:rPr>
          <w:color w:val="1B5E20"/>
          <w:sz w:val="18"/>
        </w:rPr>
        <w:t>Tip: Replace placeholder stories with real stories from your congregation.</w:t>
      </w:r>
    </w:p>
    <w:p>
      <w:pPr>
        <w:spacing w:before="320"/>
      </w:pPr>
      <w:r>
        <w:rPr>
          <w:color w:val="CCCCCC"/>
          <w:sz w:val="16"/>
        </w:rPr>
        <w:t>__________________________________________________________________________________________</w:t>
      </w:r>
    </w:p>
    <w:p>
      <w:pPr>
        <w:jc w:val="center"/>
      </w:pPr>
      <w:r>
        <w:rPr>
          <w:color w:val="555555"/>
          <w:sz w:val="16"/>
        </w:rPr>
        <w:t>Free to print and use in your church. Not for resale. MinistryPlace.net</w:t>
      </w:r>
    </w:p>
    <w:sectPr w:rsidR="00FC693F" w:rsidRPr="0006063C" w:rsidSect="0003461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