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120"/>
        <w:jc w:val="center"/>
      </w:pPr>
      <w:r>
        <w:rPr>
          <w:b/>
          <w:color w:val="C9952C"/>
          <w:sz w:val="20"/>
        </w:rPr>
        <w:t>MINISTRYPLACE.NET</w:t>
      </w:r>
    </w:p>
    <w:p>
      <w:pPr>
        <w:spacing w:after="120"/>
        <w:jc w:val="center"/>
      </w:pPr>
      <w:r>
        <w:rPr>
          <w:b/>
          <w:color w:val="1A237E"/>
          <w:sz w:val="40"/>
        </w:rPr>
        <w:t>Church AI Policy Staff Acknowledgment Form</w:t>
      </w:r>
    </w:p>
    <w:p>
      <w:pPr>
        <w:spacing w:after="480"/>
        <w:jc w:val="center"/>
      </w:pPr>
      <w:r>
        <w:rPr>
          <w:color w:val="555555"/>
          <w:sz w:val="22"/>
        </w:rPr>
        <w:t>For staff and volunteers to sign after reviewing the church AI policy</w:t>
      </w:r>
    </w:p>
    <w:p>
      <w:pPr>
        <w:spacing w:before="80" w:after="80"/>
      </w:pPr>
      <w:r>
        <w:rPr>
          <w:color w:val="CCCCCC"/>
          <w:sz w:val="16"/>
        </w:rPr>
        <w:t>________________________________________________________________________________</w:t>
      </w:r>
    </w:p>
    <w:p>
      <w:pPr>
        <w:spacing w:before="240" w:after="120"/>
      </w:pPr>
      <w:r>
        <w:rPr>
          <w:b/>
          <w:color w:val="1A237E"/>
          <w:sz w:val="26"/>
        </w:rPr>
        <w:t>Purpose</w:t>
      </w:r>
    </w:p>
    <w:p>
      <w:pPr>
        <w:spacing w:after="120"/>
      </w:pPr>
      <w:r>
        <w:rPr>
          <w:color w:val="1A1A1A"/>
          <w:sz w:val="22"/>
        </w:rPr>
        <w:t>This form confirms that the staff member or volunteer named below has read, understood, and agrees to follow [Church Name]'s AI Use Policy. Please complete and return this form to the church office.</w:t>
      </w:r>
    </w:p>
    <w:p>
      <w:pPr>
        <w:spacing w:before="240" w:after="120"/>
      </w:pPr>
      <w:r>
        <w:rPr>
          <w:b/>
          <w:color w:val="1A237E"/>
          <w:sz w:val="26"/>
        </w:rPr>
        <w:t>Staff / Volunteer Information</w:t>
      </w:r>
    </w:p>
    <w:p>
      <w:pPr>
        <w:spacing w:after="320"/>
      </w:pPr>
      <w:r>
        <w:rPr>
          <w:color w:val="1A1A1A"/>
          <w:sz w:val="22"/>
        </w:rPr>
        <w:t xml:space="preserve">  Full Name:  _____________________________________________</w:t>
      </w:r>
    </w:p>
    <w:p>
      <w:pPr>
        <w:spacing w:after="320"/>
      </w:pPr>
      <w:r>
        <w:rPr>
          <w:color w:val="1A1A1A"/>
          <w:sz w:val="22"/>
        </w:rPr>
        <w:t xml:space="preserve">  Role / Position:  _____________________________________________</w:t>
      </w:r>
    </w:p>
    <w:p>
      <w:pPr>
        <w:spacing w:after="320"/>
      </w:pPr>
      <w:r>
        <w:rPr>
          <w:color w:val="1A1A1A"/>
          <w:sz w:val="22"/>
        </w:rPr>
        <w:t xml:space="preserve">  Ministry Area:  _____________________________________________</w:t>
      </w:r>
    </w:p>
    <w:p>
      <w:pPr>
        <w:spacing w:after="320"/>
      </w:pPr>
      <w:r>
        <w:rPr>
          <w:color w:val="1A1A1A"/>
          <w:sz w:val="22"/>
        </w:rPr>
        <w:t xml:space="preserve">  Date:  _____________________________________________</w:t>
      </w:r>
    </w:p>
    <w:p>
      <w:pPr>
        <w:spacing w:before="240" w:after="120"/>
      </w:pPr>
      <w:r>
        <w:rPr>
          <w:b/>
          <w:color w:val="1A237E"/>
          <w:sz w:val="26"/>
        </w:rPr>
        <w:t>Acknowledgment Statement</w:t>
      </w:r>
    </w:p>
    <w:p>
      <w:pPr>
        <w:spacing w:after="120"/>
      </w:pPr>
      <w:r>
        <w:rPr>
          <w:color w:val="1A1A1A"/>
          <w:sz w:val="22"/>
        </w:rPr>
        <w:t>By signing below, I confirm that I have:</w:t>
      </w:r>
    </w:p>
    <w:p>
      <w:pPr>
        <w:pStyle w:val="ListBullet"/>
        <w:spacing w:after="80"/>
      </w:pPr>
      <w:r>
        <w:rPr>
          <w:color w:val="1A1A1A"/>
          <w:sz w:val="22"/>
        </w:rPr>
        <w:t>Read and understood [Church Name]'s AI Use Policy</w:t>
      </w:r>
    </w:p>
    <w:p>
      <w:pPr>
        <w:pStyle w:val="ListBullet"/>
        <w:spacing w:after="80"/>
      </w:pPr>
      <w:r>
        <w:rPr>
          <w:color w:val="1A1A1A"/>
          <w:sz w:val="22"/>
        </w:rPr>
        <w:t>Received training or orientation on the policy's key requirements</w:t>
      </w:r>
    </w:p>
    <w:p>
      <w:pPr>
        <w:pStyle w:val="ListBullet"/>
        <w:spacing w:after="80"/>
      </w:pPr>
      <w:r>
        <w:rPr>
          <w:color w:val="1A1A1A"/>
          <w:sz w:val="22"/>
        </w:rPr>
        <w:t>Understood which AI tools are approved for church use and which are not</w:t>
      </w:r>
    </w:p>
    <w:p>
      <w:pPr>
        <w:pStyle w:val="ListBullet"/>
        <w:spacing w:after="80"/>
      </w:pPr>
      <w:r>
        <w:rPr>
          <w:color w:val="1A1A1A"/>
          <w:sz w:val="22"/>
        </w:rPr>
        <w:t>Understood what types of member information must never be entered into AI tools</w:t>
      </w:r>
    </w:p>
    <w:p>
      <w:pPr>
        <w:pStyle w:val="ListBullet"/>
        <w:spacing w:after="80"/>
      </w:pPr>
      <w:r>
        <w:rPr>
          <w:color w:val="1A1A1A"/>
          <w:sz w:val="22"/>
        </w:rPr>
        <w:t>Understood the disclosure and review requirements for AI-generated content</w:t>
      </w:r>
    </w:p>
    <w:p>
      <w:pPr>
        <w:pStyle w:val="ListBullet"/>
        <w:spacing w:after="80"/>
      </w:pPr>
      <w:r>
        <w:rPr>
          <w:color w:val="1A1A1A"/>
          <w:sz w:val="22"/>
        </w:rPr>
        <w:t>Agreed to follow this policy in all ministry activities</w:t>
      </w:r>
    </w:p>
    <w:p>
      <w:pPr>
        <w:pStyle w:val="ListBullet"/>
        <w:spacing w:after="80"/>
      </w:pPr>
      <w:r>
        <w:rPr>
          <w:color w:val="1A1A1A"/>
          <w:sz w:val="22"/>
        </w:rPr>
        <w:t>Agreed to report any concerns or violations to church leadership</w:t>
      </w:r>
    </w:p>
    <w:p>
      <w:pPr>
        <w:spacing w:before="240" w:after="120"/>
      </w:pPr>
      <w:r>
        <w:rPr>
          <w:b/>
          <w:color w:val="1A237E"/>
          <w:sz w:val="26"/>
        </w:rPr>
        <w:t>Key Policy Commitments</w:t>
      </w:r>
    </w:p>
    <w:p>
      <w:pPr>
        <w:spacing w:after="120"/>
      </w:pPr>
      <w:r>
        <w:rPr>
          <w:color w:val="1A1A1A"/>
          <w:sz w:val="22"/>
        </w:rPr>
        <w:t>I understand and agree to the following:</w:t>
      </w:r>
    </w:p>
    <w:p>
      <w:pPr>
        <w:pStyle w:val="ListBullet"/>
        <w:spacing w:after="80"/>
      </w:pPr>
      <w:r>
        <w:rPr>
          <w:color w:val="1A1A1A"/>
          <w:sz w:val="22"/>
        </w:rPr>
        <w:t>I will never enter member names, prayer requests, counseling notes, giving records, or children's personal data into any AI tool</w:t>
      </w:r>
    </w:p>
    <w:p>
      <w:pPr>
        <w:pStyle w:val="ListBullet"/>
        <w:spacing w:after="80"/>
      </w:pPr>
      <w:r>
        <w:rPr>
          <w:color w:val="1A1A1A"/>
          <w:sz w:val="22"/>
        </w:rPr>
        <w:t>I will review all AI-generated content before using it in ministry</w:t>
      </w:r>
    </w:p>
    <w:p>
      <w:pPr>
        <w:pStyle w:val="ListBullet"/>
        <w:spacing w:after="80"/>
      </w:pPr>
      <w:r>
        <w:rPr>
          <w:color w:val="1A1A1A"/>
          <w:sz w:val="22"/>
        </w:rPr>
        <w:t>I will not present AI-generated content as personally written by me without disclosure</w:t>
      </w:r>
    </w:p>
    <w:p>
      <w:pPr>
        <w:pStyle w:val="ListBullet"/>
        <w:spacing w:after="80"/>
      </w:pPr>
      <w:r>
        <w:rPr>
          <w:color w:val="1A1A1A"/>
          <w:sz w:val="22"/>
        </w:rPr>
        <w:t>I will not use AI for pastoral counseling, crisis response, or any situation requiring human presence</w:t>
      </w:r>
    </w:p>
    <w:p>
      <w:pPr>
        <w:pStyle w:val="ListBullet"/>
        <w:spacing w:after="80"/>
      </w:pPr>
      <w:r>
        <w:rPr>
          <w:color w:val="1A1A1A"/>
          <w:sz w:val="22"/>
        </w:rPr>
        <w:t>I will report any AI-related concerns or incidents to church leadership promptly</w:t>
      </w:r>
    </w:p>
    <w:p>
      <w:pPr>
        <w:spacing w:before="240" w:after="120"/>
      </w:pPr>
      <w:r>
        <w:rPr>
          <w:b/>
          <w:color w:val="1A237E"/>
          <w:sz w:val="26"/>
        </w:rPr>
        <w:t>Signature</w:t>
      </w:r>
    </w:p>
    <w:p>
      <w:pPr>
        <w:spacing w:after="400"/>
      </w:pPr>
      <w:r>
        <w:rPr>
          <w:color w:val="1A1A1A"/>
          <w:sz w:val="22"/>
        </w:rPr>
        <w:t xml:space="preserve">  Signature:  __________________________________________________</w:t>
      </w:r>
    </w:p>
    <w:p>
      <w:pPr>
        <w:spacing w:after="400"/>
      </w:pPr>
      <w:r>
        <w:rPr>
          <w:color w:val="1A1A1A"/>
          <w:sz w:val="22"/>
        </w:rPr>
        <w:t xml:space="preserve">  Printed Name:  __________________________________________________</w:t>
      </w:r>
    </w:p>
    <w:p>
      <w:pPr>
        <w:spacing w:after="400"/>
      </w:pPr>
      <w:r>
        <w:rPr>
          <w:color w:val="1A1A1A"/>
          <w:sz w:val="22"/>
        </w:rPr>
        <w:t xml:space="preserve">  Date:  __________________________________________________</w:t>
      </w:r>
    </w:p>
    <w:p>
      <w:pPr>
        <w:spacing w:after="120"/>
      </w:pPr>
      <w:r>
        <w:rPr>
          <w:color w:val="1A1A1A"/>
          <w:sz w:val="22"/>
        </w:rPr>
        <w:t>Supervisor / Pastor Signature:</w:t>
      </w:r>
    </w:p>
    <w:p>
      <w:pPr>
        <w:spacing w:after="400"/>
      </w:pPr>
      <w:r>
        <w:rPr>
          <w:color w:val="1A1A1A"/>
          <w:sz w:val="22"/>
        </w:rPr>
        <w:t xml:space="preserve">  ____________________________________________________________</w:t>
      </w:r>
    </w:p>
    <w:p>
      <w:pPr>
        <w:spacing w:before="240" w:after="120"/>
      </w:pPr>
      <w:r>
        <w:rPr>
          <w:b/>
          <w:color w:val="555555"/>
          <w:sz w:val="22"/>
        </w:rPr>
        <w:t>Record Keeping</w:t>
      </w:r>
    </w:p>
    <w:p>
      <w:pPr>
        <w:spacing w:after="120"/>
      </w:pPr>
      <w:r>
        <w:rPr>
          <w:color w:val="555555"/>
          <w:sz w:val="20"/>
        </w:rPr>
        <w:t>Keep a signed copy of this form on file for each staff member and volunteer. Review and re-sign annually or when the policy is updated.</w:t>
      </w:r>
    </w:p>
    <w:p>
      <w:pPr>
        <w:spacing w:before="80" w:after="80"/>
      </w:pPr>
      <w:r>
        <w:rPr>
          <w:color w:val="CCCCCC"/>
          <w:sz w:val="16"/>
        </w:rPr>
        <w:t>________________________________________________________________________________</w:t>
      </w:r>
    </w:p>
    <w:p>
      <w:pPr>
        <w:jc w:val="center"/>
      </w:pPr>
      <w:r>
        <w:rPr>
          <w:color w:val="555555"/>
          <w:sz w:val="16"/>
        </w:rPr>
        <w:t>Free to print and use in your church. Not for resale. MinistryPlace.net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